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2F8DE" w14:textId="264E12C9" w:rsidR="19C9BB74" w:rsidRDefault="19C9BB74" w:rsidP="19C9BB74">
      <w:pPr>
        <w:pStyle w:val="Heading1"/>
        <w:jc w:val="center"/>
      </w:pPr>
      <w:r>
        <w:t>Application for Employment</w:t>
      </w:r>
    </w:p>
    <w:p w14:paraId="1472A373" w14:textId="4CAAB615" w:rsidR="0048407E" w:rsidRDefault="4C2D0D99" w:rsidP="19C9BB74">
      <w:pPr>
        <w:spacing w:line="240" w:lineRule="auto"/>
      </w:pPr>
      <w:r>
        <w:t xml:space="preserve"> </w:t>
      </w:r>
      <w:r w:rsidR="00D14A61">
        <w:br/>
      </w:r>
      <w:r w:rsidR="19C9BB74" w:rsidRPr="19C9BB74">
        <w:rPr>
          <w:b/>
          <w:bCs/>
        </w:rPr>
        <w:t>(PLEASE PRINT</w:t>
      </w:r>
      <w:r w:rsidR="2C351856" w:rsidRPr="19C9BB74">
        <w:rPr>
          <w:b/>
          <w:bCs/>
        </w:rPr>
        <w:t xml:space="preserve"> or TYPE</w:t>
      </w:r>
      <w:r w:rsidR="19C9BB74" w:rsidRPr="19C9BB74">
        <w:rPr>
          <w:b/>
          <w:bCs/>
        </w:rPr>
        <w:t>)</w:t>
      </w:r>
      <w:r w:rsidR="00D14A61">
        <w:br/>
      </w:r>
      <w:r w:rsidR="00D14A61">
        <w:br/>
      </w:r>
      <w:r w:rsidR="19C9BB74">
        <w:t xml:space="preserve">Position applied for: </w:t>
      </w:r>
      <w:r w:rsidR="4A92A3E1">
        <w:t xml:space="preserve">Per Diem Police Officer </w:t>
      </w:r>
    </w:p>
    <w:p w14:paraId="20725CAF" w14:textId="3B73A9DB" w:rsidR="0048407E" w:rsidRDefault="22AC5A0C" w:rsidP="19C9BB74">
      <w:pPr>
        <w:spacing w:line="240" w:lineRule="auto"/>
      </w:pPr>
      <w:r>
        <w:t>MPO</w:t>
      </w:r>
      <w:r w:rsidR="5435210B">
        <w:t>ET</w:t>
      </w:r>
      <w:r>
        <w:t>C Certification # __________________________________________</w:t>
      </w:r>
    </w:p>
    <w:p w14:paraId="11E6714A" w14:textId="77777777" w:rsidR="00717DB1" w:rsidRDefault="22AC5A0C" w:rsidP="19C9BB74">
      <w:pPr>
        <w:spacing w:line="240" w:lineRule="auto"/>
      </w:pPr>
      <w:r>
        <w:t>How many years law enforcement experience do you have? __________</w:t>
      </w:r>
    </w:p>
    <w:p w14:paraId="26B19E99" w14:textId="17DAF731" w:rsidR="0048407E" w:rsidRDefault="00717DB1" w:rsidP="19C9BB74">
      <w:pPr>
        <w:spacing w:line="240" w:lineRule="auto"/>
      </w:pPr>
      <w:r>
        <w:t xml:space="preserve">Current </w:t>
      </w:r>
      <w:r w:rsidR="00F16ED3">
        <w:t>department(s) working for _____________________________________</w:t>
      </w:r>
      <w:r w:rsidR="00D14A61">
        <w:br/>
      </w:r>
      <w:r w:rsidR="00D14A61">
        <w:br/>
      </w:r>
      <w:r w:rsidR="19C9BB74">
        <w:t>Date of Application: ____ / ____ / ______</w:t>
      </w:r>
      <w:r w:rsidR="00D14A61">
        <w:br/>
      </w:r>
      <w:r w:rsidR="00D14A61">
        <w:br/>
      </w:r>
      <w:r w:rsidR="19C9BB74">
        <w:t>Name: _________________________________________________________________</w:t>
      </w:r>
      <w:r w:rsidR="3F48DA8B">
        <w:t>______</w:t>
      </w:r>
      <w:r w:rsidR="515361A3">
        <w:t>___</w:t>
      </w:r>
      <w:r w:rsidR="00D14A61">
        <w:br/>
      </w:r>
      <w:r w:rsidR="2B7DEE85">
        <w:t xml:space="preserve">               </w:t>
      </w:r>
      <w:r w:rsidR="19C9BB74">
        <w:t xml:space="preserve">(Last)                 </w:t>
      </w:r>
      <w:r w:rsidR="75F97157">
        <w:t xml:space="preserve">     </w:t>
      </w:r>
      <w:r w:rsidR="36AB9BFA">
        <w:t xml:space="preserve">      </w:t>
      </w:r>
      <w:r w:rsidR="04F7332B">
        <w:t xml:space="preserve">   </w:t>
      </w:r>
      <w:r w:rsidR="19C9BB74">
        <w:t xml:space="preserve">(First)                </w:t>
      </w:r>
      <w:r w:rsidR="6421086A">
        <w:t xml:space="preserve">       </w:t>
      </w:r>
      <w:r w:rsidR="19C9BB74">
        <w:t xml:space="preserve"> </w:t>
      </w:r>
      <w:r w:rsidR="0F9EB0A6">
        <w:t xml:space="preserve">   </w:t>
      </w:r>
      <w:r w:rsidR="19C9BB74">
        <w:t>(Middle)</w:t>
      </w:r>
      <w:r w:rsidR="00D14A61">
        <w:br/>
      </w:r>
    </w:p>
    <w:p w14:paraId="429F074D" w14:textId="64CD01FF" w:rsidR="0048407E" w:rsidRDefault="40A06507" w:rsidP="19C9BB74">
      <w:pPr>
        <w:spacing w:line="240" w:lineRule="auto"/>
      </w:pPr>
      <w:r>
        <w:t xml:space="preserve">Social Security </w:t>
      </w:r>
      <w:r w:rsidR="594736E9">
        <w:t>n</w:t>
      </w:r>
      <w:r>
        <w:t>umber: _____________________________________________</w:t>
      </w:r>
      <w:r w:rsidR="4C6F9E72">
        <w:t>__________</w:t>
      </w:r>
    </w:p>
    <w:p w14:paraId="147EC772" w14:textId="10D57075" w:rsidR="0048407E" w:rsidRDefault="26D5C7A4" w:rsidP="19C9BB74">
      <w:pPr>
        <w:spacing w:line="240" w:lineRule="auto"/>
      </w:pPr>
      <w:r>
        <w:t>Driver's</w:t>
      </w:r>
      <w:r w:rsidR="39792EBB">
        <w:t xml:space="preserve"> license number: _____________________________________________</w:t>
      </w:r>
      <w:r w:rsidR="5F10A704">
        <w:t>_________</w:t>
      </w:r>
    </w:p>
    <w:p w14:paraId="64382EF6" w14:textId="534CAC6F" w:rsidR="0048407E" w:rsidRDefault="19C9BB74" w:rsidP="19C9BB74">
      <w:pPr>
        <w:spacing w:line="240" w:lineRule="auto"/>
      </w:pPr>
      <w:r>
        <w:t>Address: _______________________________________________________________</w:t>
      </w:r>
      <w:r w:rsidR="21652B3B">
        <w:t>_________</w:t>
      </w:r>
      <w:r w:rsidR="00D14A61">
        <w:br/>
      </w:r>
      <w:r w:rsidR="00D14A61">
        <w:br/>
      </w:r>
      <w:r>
        <w:t>Previous Address: _____________________________________________________</w:t>
      </w:r>
      <w:r w:rsidR="553CA86F">
        <w:t>_________</w:t>
      </w:r>
    </w:p>
    <w:p w14:paraId="024BA575" w14:textId="77777777" w:rsidR="00D0357A" w:rsidRDefault="00D14A61" w:rsidP="19C9BB74">
      <w:pPr>
        <w:spacing w:line="240" w:lineRule="auto"/>
      </w:pPr>
      <w:r>
        <w:br/>
      </w:r>
      <w:r w:rsidR="19C9BB74">
        <w:t>Telephone: Home _________________</w:t>
      </w:r>
      <w:r w:rsidR="1C0B1F74">
        <w:t>___________</w:t>
      </w:r>
      <w:r w:rsidR="19C9BB74">
        <w:t>Work _________________</w:t>
      </w:r>
      <w:r w:rsidR="19E78746">
        <w:t>____________</w:t>
      </w:r>
      <w:r>
        <w:br/>
      </w:r>
      <w:r>
        <w:br/>
      </w:r>
      <w:r w:rsidR="19C9BB74">
        <w:t>Are you legally eligible for employment in this country? YES / NO</w:t>
      </w:r>
    </w:p>
    <w:p w14:paraId="7513BB78" w14:textId="77777777" w:rsidR="00CA62B7" w:rsidRDefault="000741BA" w:rsidP="19C9BB74">
      <w:pPr>
        <w:spacing w:line="240" w:lineRule="auto"/>
        <w:rPr>
          <w:rFonts w:ascii="Georgia" w:eastAsia="Times New Roman" w:hAnsi="Georgia"/>
          <w:color w:val="000000"/>
          <w:shd w:val="clear" w:color="auto" w:fill="FFFFFF"/>
        </w:rPr>
      </w:pPr>
      <w:r>
        <w:rPr>
          <w:rFonts w:ascii="Georgia" w:eastAsia="Times New Roman" w:hAnsi="Georgia"/>
          <w:color w:val="000000"/>
          <w:shd w:val="clear" w:color="auto" w:fill="FFFFFF"/>
        </w:rPr>
        <w:t>Have you ever been convicted of a criminal offense, excluding summary traffic violations? YES / NO</w:t>
      </w:r>
      <w:r>
        <w:rPr>
          <w:rFonts w:ascii="Georgia" w:eastAsia="Times New Roman" w:hAnsi="Georgia"/>
          <w:color w:val="000000"/>
        </w:rPr>
        <w:br/>
      </w:r>
      <w:r>
        <w:rPr>
          <w:rFonts w:ascii="Georgia" w:eastAsia="Times New Roman" w:hAnsi="Georgia"/>
          <w:color w:val="000000"/>
          <w:shd w:val="clear" w:color="auto" w:fill="FFFFFF"/>
        </w:rPr>
        <w:t>If yes, please explain</w:t>
      </w:r>
      <w:r w:rsidR="00CA62B7">
        <w:rPr>
          <w:rFonts w:ascii="Georgia" w:eastAsia="Times New Roman" w:hAnsi="Georgia"/>
          <w:color w:val="000000"/>
          <w:shd w:val="clear" w:color="auto" w:fill="FFFFFF"/>
        </w:rPr>
        <w:t>._________________________________</w:t>
      </w:r>
    </w:p>
    <w:p w14:paraId="7AE2CCCF" w14:textId="7E82CBBE" w:rsidR="0048407E" w:rsidRDefault="00CA62B7" w:rsidP="19C9BB74">
      <w:pPr>
        <w:spacing w:line="240" w:lineRule="auto"/>
      </w:pPr>
      <w:r>
        <w:rPr>
          <w:rFonts w:ascii="Georgia" w:eastAsia="Times New Roman" w:hAnsi="Georgia"/>
          <w:color w:val="000000"/>
          <w:shd w:val="clear" w:color="auto" w:fill="FFFFFF"/>
        </w:rPr>
        <w:t>_______________________________________________</w:t>
      </w:r>
      <w:r w:rsidR="00D14A61">
        <w:br/>
      </w:r>
      <w:r w:rsidR="00D14A61">
        <w:br/>
      </w:r>
      <w:r w:rsidR="19C9BB74">
        <w:t>Educational Background</w:t>
      </w:r>
      <w:r w:rsidR="00D14A61">
        <w:br/>
      </w:r>
      <w:r w:rsidR="19C9BB74">
        <w:t>1. School: ____________________________________</w:t>
      </w:r>
      <w:r w:rsidR="00D14A61">
        <w:br/>
      </w:r>
      <w:r w:rsidR="19C9BB74">
        <w:t xml:space="preserve">   Degree/Diploma: ____________________________</w:t>
      </w:r>
      <w:r w:rsidR="00D14A61">
        <w:br/>
      </w:r>
      <w:r w:rsidR="19C9BB74">
        <w:t xml:space="preserve">   GPA/Class Rank: ____________________________</w:t>
      </w:r>
      <w:r w:rsidR="00D14A61">
        <w:br/>
      </w:r>
      <w:r w:rsidR="00D14A61">
        <w:br/>
      </w:r>
      <w:r w:rsidR="19C9BB74">
        <w:t>2. School: ____________________________________</w:t>
      </w:r>
      <w:r w:rsidR="00D14A61">
        <w:br/>
      </w:r>
      <w:r w:rsidR="19C9BB74">
        <w:t xml:space="preserve">   Degree/Diploma: ____________________________</w:t>
      </w:r>
      <w:r w:rsidR="00D14A61">
        <w:br/>
      </w:r>
      <w:r w:rsidR="19C9BB74">
        <w:t xml:space="preserve">   GPA/Class Rank: ____________________________</w:t>
      </w:r>
      <w:r w:rsidR="00D14A61">
        <w:br/>
      </w:r>
      <w:r w:rsidR="00D14A61">
        <w:br/>
      </w:r>
      <w:r w:rsidR="19C9BB74">
        <w:t>Employment History</w:t>
      </w:r>
      <w:r w:rsidR="00D14A61">
        <w:br/>
      </w:r>
      <w:r w:rsidR="19C9BB74">
        <w:t>Employer: _____________________________________________________________</w:t>
      </w:r>
      <w:r w:rsidR="00D14A61">
        <w:br/>
      </w:r>
      <w:r w:rsidR="19C9BB74">
        <w:t>Address: ______________________________________________________________</w:t>
      </w:r>
      <w:r w:rsidR="00D14A61">
        <w:br/>
      </w:r>
      <w:r w:rsidR="19C9BB74">
        <w:t>Job Title: _______________________ Dates: __________ to __________</w:t>
      </w:r>
      <w:r w:rsidR="00D14A61">
        <w:br/>
      </w:r>
    </w:p>
    <w:p w14:paraId="0E89D209" w14:textId="4029D805" w:rsidR="0048407E" w:rsidRDefault="0048407E" w:rsidP="19C9BB74">
      <w:pPr>
        <w:spacing w:line="240" w:lineRule="auto"/>
      </w:pPr>
    </w:p>
    <w:p w14:paraId="75389F71" w14:textId="58AB36FC" w:rsidR="0048407E" w:rsidRDefault="0048407E" w:rsidP="19C9BB74">
      <w:pPr>
        <w:spacing w:line="240" w:lineRule="auto"/>
      </w:pPr>
    </w:p>
    <w:p w14:paraId="07DF475F" w14:textId="46BDDCE7" w:rsidR="0048407E" w:rsidRDefault="64496EB5" w:rsidP="19C9BB74">
      <w:pPr>
        <w:spacing w:line="240" w:lineRule="auto"/>
      </w:pPr>
      <w:r>
        <w:t>Employment History</w:t>
      </w:r>
      <w:r w:rsidR="00D14A61">
        <w:br/>
      </w:r>
      <w:r>
        <w:t>Employer: _____________________________________________________________</w:t>
      </w:r>
      <w:r w:rsidR="00D14A61">
        <w:br/>
      </w:r>
      <w:r>
        <w:t>Address: ______________________________________________________________</w:t>
      </w:r>
      <w:r w:rsidR="00D14A61">
        <w:br/>
      </w:r>
      <w:r>
        <w:t>Job Title: _______________________ Dates: __________ to __________</w:t>
      </w:r>
      <w:r w:rsidR="00D14A61">
        <w:br/>
      </w:r>
      <w:r w:rsidR="00D14A61">
        <w:br/>
      </w:r>
    </w:p>
    <w:p w14:paraId="0BFE4048" w14:textId="1BF3F5FF" w:rsidR="0048407E" w:rsidRDefault="64496EB5" w:rsidP="19C9BB74">
      <w:pPr>
        <w:spacing w:line="240" w:lineRule="auto"/>
      </w:pPr>
      <w:r>
        <w:t>Employment History</w:t>
      </w:r>
      <w:r w:rsidR="00D14A61">
        <w:br/>
      </w:r>
      <w:r>
        <w:t>Employer: _____________________________________________________________</w:t>
      </w:r>
      <w:r w:rsidR="00D14A61">
        <w:br/>
      </w:r>
      <w:r>
        <w:t>Address: ______________________________________________________________</w:t>
      </w:r>
      <w:r w:rsidR="00D14A61">
        <w:br/>
      </w:r>
      <w:r>
        <w:t>Job Title: _______________________ Dates: __________ to __________</w:t>
      </w:r>
      <w:r w:rsidR="00D14A61">
        <w:br/>
      </w:r>
      <w:r w:rsidR="00D14A61">
        <w:br/>
      </w:r>
      <w:r w:rsidR="00D14A61">
        <w:br/>
      </w:r>
      <w:r w:rsidR="19C9BB74">
        <w:t>Responsibilities:</w:t>
      </w:r>
      <w:r w:rsidR="00D14A61">
        <w:br/>
      </w:r>
      <w:r w:rsidR="19C9BB74">
        <w:t>______________________________________________________________________</w:t>
      </w:r>
      <w:r w:rsidR="00D14A61">
        <w:br/>
      </w:r>
      <w:r w:rsidR="19C9BB74">
        <w:t>______________________________________________________________________</w:t>
      </w:r>
    </w:p>
    <w:p w14:paraId="20011412" w14:textId="545F87D7" w:rsidR="0048407E" w:rsidRDefault="00D14A61" w:rsidP="19C9BB74">
      <w:pPr>
        <w:spacing w:after="0" w:line="240" w:lineRule="auto"/>
      </w:pPr>
      <w:r>
        <w:br/>
      </w:r>
      <w:r w:rsidR="19C9BB74">
        <w:t>Reason for Leaving:</w:t>
      </w:r>
      <w:r>
        <w:br/>
      </w:r>
      <w:r w:rsidR="19C9BB74">
        <w:t>______________________________________________________________________</w:t>
      </w:r>
      <w:r>
        <w:br/>
      </w:r>
      <w:r>
        <w:br/>
      </w:r>
      <w:r w:rsidR="19C9BB74">
        <w:t>References</w:t>
      </w:r>
      <w:r>
        <w:br/>
      </w:r>
      <w:r w:rsidR="19C9BB74">
        <w:t>1. Name: __________________________</w:t>
      </w:r>
      <w:r w:rsidR="0156E3B1">
        <w:t>____________________________</w:t>
      </w:r>
      <w:r w:rsidR="19C9BB74">
        <w:t xml:space="preserve"> </w:t>
      </w:r>
    </w:p>
    <w:p w14:paraId="2FCA3926" w14:textId="0B8CD7E5" w:rsidR="0048407E" w:rsidRDefault="19C9BB74" w:rsidP="19C9BB74">
      <w:pPr>
        <w:spacing w:after="0" w:line="240" w:lineRule="auto"/>
      </w:pPr>
      <w:r>
        <w:t>Phone: _____________________________</w:t>
      </w:r>
      <w:r w:rsidR="2E010C71">
        <w:t>____________</w:t>
      </w:r>
      <w:r w:rsidR="2A5E32D4">
        <w:t>Email:_______________</w:t>
      </w:r>
      <w:r w:rsidR="1D1CAC5F">
        <w:t>_______</w:t>
      </w:r>
      <w:r w:rsidR="0EB82F51">
        <w:t>_________________________</w:t>
      </w:r>
      <w:r w:rsidR="00D14A61">
        <w:br/>
      </w:r>
    </w:p>
    <w:p w14:paraId="6AB6F3D1" w14:textId="11DB135D" w:rsidR="0048407E" w:rsidRDefault="19C9BB74" w:rsidP="19C9BB74">
      <w:pPr>
        <w:spacing w:after="0" w:line="240" w:lineRule="auto"/>
      </w:pPr>
      <w:r>
        <w:t xml:space="preserve">2. </w:t>
      </w:r>
      <w:r w:rsidR="568D5506">
        <w:t xml:space="preserve">Name: ______________________________________________________ </w:t>
      </w:r>
    </w:p>
    <w:p w14:paraId="0B58F576" w14:textId="57D95C83" w:rsidR="0048407E" w:rsidRDefault="568D5506" w:rsidP="19C9BB74">
      <w:pPr>
        <w:spacing w:after="0" w:line="240" w:lineRule="auto"/>
      </w:pPr>
      <w:r>
        <w:t>Phone: _________________________________________Email:_______________________________________________</w:t>
      </w:r>
      <w:r w:rsidR="00D14A61">
        <w:br/>
      </w:r>
      <w:r w:rsidR="00D14A61">
        <w:br/>
      </w:r>
      <w:r w:rsidR="19C9BB74">
        <w:t xml:space="preserve">3. </w:t>
      </w:r>
      <w:r w:rsidR="31727C98">
        <w:t xml:space="preserve">Name: ______________________________________________________ </w:t>
      </w:r>
    </w:p>
    <w:p w14:paraId="31C5F4EE" w14:textId="24D778A8" w:rsidR="0048407E" w:rsidRDefault="31727C98" w:rsidP="19C9BB74">
      <w:pPr>
        <w:spacing w:after="0" w:line="240" w:lineRule="auto"/>
      </w:pPr>
      <w:r>
        <w:t>Phone: _________________________________________Email:_______________________________________________</w:t>
      </w:r>
      <w:r w:rsidR="00D14A61">
        <w:br/>
      </w:r>
      <w:r w:rsidR="00D14A61">
        <w:br/>
      </w:r>
      <w:r w:rsidR="00D14A61">
        <w:br/>
      </w:r>
      <w:r w:rsidR="19C9BB74">
        <w:t>Skills and Qualifications:</w:t>
      </w:r>
      <w:r w:rsidR="00D14A61">
        <w:br/>
      </w:r>
      <w:r w:rsidR="19C9BB74">
        <w:t>______________________________________________________________________</w:t>
      </w:r>
      <w:r w:rsidR="45AFB6A4">
        <w:t>___________________________</w:t>
      </w:r>
      <w:r w:rsidR="3FB27D58">
        <w:t>________</w:t>
      </w:r>
      <w:r w:rsidR="00D14A61">
        <w:br/>
      </w:r>
      <w:r w:rsidR="19C9BB74">
        <w:t>______________________________________________________________________</w:t>
      </w:r>
      <w:r w:rsidR="0184A0F8">
        <w:t>___________________________</w:t>
      </w:r>
      <w:r w:rsidR="50204476">
        <w:t>________</w:t>
      </w:r>
    </w:p>
    <w:p w14:paraId="5C719BB8" w14:textId="3A516B2B" w:rsidR="0048407E" w:rsidRDefault="0184A0F8" w:rsidP="19C9BB74">
      <w:pPr>
        <w:spacing w:after="0" w:line="240" w:lineRule="auto"/>
      </w:pPr>
      <w:r>
        <w:t>_________________________________________________________________________________________________</w:t>
      </w:r>
      <w:r w:rsidR="79E753B6">
        <w:t>________</w:t>
      </w:r>
    </w:p>
    <w:p w14:paraId="1D365E8C" w14:textId="01B82F8E" w:rsidR="0048407E" w:rsidRDefault="0184A0F8" w:rsidP="19C9BB74">
      <w:pPr>
        <w:spacing w:after="0" w:line="240" w:lineRule="auto"/>
      </w:pPr>
      <w:r>
        <w:t>__________________________________________________________________________________________________</w:t>
      </w:r>
      <w:r w:rsidR="082D485A">
        <w:t>_______</w:t>
      </w:r>
    </w:p>
    <w:p w14:paraId="0B630A32" w14:textId="52621083" w:rsidR="0048407E" w:rsidRDefault="0048407E" w:rsidP="19C9BB74">
      <w:pPr>
        <w:spacing w:after="0" w:line="240" w:lineRule="auto"/>
      </w:pPr>
    </w:p>
    <w:p w14:paraId="3DD33129" w14:textId="2B6678D7" w:rsidR="00A60AF1" w:rsidRDefault="00A60AF1" w:rsidP="19C9BB74">
      <w:pPr>
        <w:spacing w:after="0" w:line="240" w:lineRule="auto"/>
      </w:pPr>
      <w:r>
        <w:t>Date available for work: ____ / ____ / ______</w:t>
      </w:r>
      <w:r>
        <w:br/>
      </w:r>
    </w:p>
    <w:p w14:paraId="445DA406" w14:textId="77777777" w:rsidR="00A60AF1" w:rsidRDefault="00A60AF1" w:rsidP="19C9BB74">
      <w:pPr>
        <w:spacing w:after="0" w:line="240" w:lineRule="auto"/>
      </w:pPr>
    </w:p>
    <w:p w14:paraId="6DF693A3" w14:textId="4FD06AEC" w:rsidR="0048407E" w:rsidRDefault="0184A0F8" w:rsidP="19C9BB74">
      <w:pPr>
        <w:spacing w:after="0" w:line="240" w:lineRule="auto"/>
      </w:pPr>
      <w:r>
        <w:t xml:space="preserve">Average Hours and Schedule we can expect from you per month? </w:t>
      </w:r>
    </w:p>
    <w:p w14:paraId="64ED8CBF" w14:textId="77777777" w:rsidR="00226281" w:rsidRDefault="0184A0F8" w:rsidP="19C9BB74">
      <w:pPr>
        <w:spacing w:after="0"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</w:t>
      </w:r>
      <w:r w:rsidR="00D14A61">
        <w:br/>
      </w:r>
    </w:p>
    <w:p w14:paraId="361D8B2C" w14:textId="2A5E2D4F" w:rsidR="00226281" w:rsidRDefault="002A0EE0" w:rsidP="19C9BB74">
      <w:pPr>
        <w:spacing w:after="0" w:line="240" w:lineRule="auto"/>
      </w:pPr>
      <w:r>
        <w:rPr>
          <w:rFonts w:ascii="Georgia" w:eastAsia="Times New Roman" w:hAnsi="Georgia"/>
          <w:color w:val="000000"/>
          <w:shd w:val="clear" w:color="auto" w:fill="FFFFFF"/>
        </w:rPr>
        <w:t>I certify that the information provided in this application is true and complete to the best of my knowledge. I understand that any false statements or omissions may result in disqualification from employment or termination if hired</w:t>
      </w:r>
    </w:p>
    <w:p w14:paraId="5366BC42" w14:textId="77777777" w:rsidR="00226281" w:rsidRDefault="00226281" w:rsidP="19C9BB74">
      <w:pPr>
        <w:spacing w:after="0" w:line="240" w:lineRule="auto"/>
      </w:pPr>
    </w:p>
    <w:p w14:paraId="3E837B2F" w14:textId="5592B3CA" w:rsidR="0048407E" w:rsidRDefault="002A0EE0" w:rsidP="19C9BB74">
      <w:pPr>
        <w:spacing w:after="0" w:line="240" w:lineRule="auto"/>
      </w:pPr>
      <w:r>
        <w:t>Printed name of app</w:t>
      </w:r>
      <w:r w:rsidR="00F301E6">
        <w:t>licant: __________________________________________</w:t>
      </w:r>
      <w:r w:rsidR="00D14A61">
        <w:br/>
      </w:r>
      <w:r w:rsidR="19C9BB74">
        <w:t>Signature of Applicant: _______________________________________________</w:t>
      </w:r>
      <w:r w:rsidR="00D14A61">
        <w:br/>
      </w:r>
      <w:r w:rsidR="00D14A61">
        <w:br/>
      </w:r>
      <w:r w:rsidR="19C9BB74">
        <w:t>Date: ____ / ____ / ______</w:t>
      </w:r>
      <w:r w:rsidR="00D14A61">
        <w:br/>
      </w:r>
    </w:p>
    <w:p w14:paraId="3A31B0D3" w14:textId="3C87DC36" w:rsidR="4B9B3EEA" w:rsidRDefault="4B9B3EEA" w:rsidP="19C9BB74">
      <w:pPr>
        <w:spacing w:after="0" w:line="240" w:lineRule="auto"/>
      </w:pPr>
      <w:r>
        <w:t xml:space="preserve">Please Email your completed application and resume to </w:t>
      </w:r>
      <w:hyperlink r:id="rId8">
        <w:r w:rsidRPr="19C9BB74">
          <w:rPr>
            <w:rStyle w:val="Hyperlink"/>
          </w:rPr>
          <w:t>Sgt.Dandrea@EastBangorPA.gov</w:t>
        </w:r>
      </w:hyperlink>
      <w:r>
        <w:t xml:space="preserve"> </w:t>
      </w:r>
    </w:p>
    <w:p w14:paraId="0F8905A8" w14:textId="1CCFA9CF" w:rsidR="0AE2B64E" w:rsidRDefault="0AE2B64E" w:rsidP="19C9BB74">
      <w:pPr>
        <w:spacing w:after="0" w:line="240" w:lineRule="auto"/>
      </w:pPr>
      <w:r>
        <w:t>o</w:t>
      </w:r>
      <w:r w:rsidR="4B9B3EEA">
        <w:t xml:space="preserve">r Mail to 30 South High Street East Bangor PA before the application period ends. </w:t>
      </w:r>
    </w:p>
    <w:sectPr w:rsidR="0AE2B64E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C3929" w14:textId="77777777" w:rsidR="00D74D6D" w:rsidRDefault="00D74D6D">
      <w:pPr>
        <w:spacing w:after="0" w:line="240" w:lineRule="auto"/>
      </w:pPr>
      <w:r>
        <w:separator/>
      </w:r>
    </w:p>
  </w:endnote>
  <w:endnote w:type="continuationSeparator" w:id="0">
    <w:p w14:paraId="1C584A67" w14:textId="77777777" w:rsidR="00D74D6D" w:rsidRDefault="00D7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9C9BB74" w14:paraId="600B3440" w14:textId="77777777" w:rsidTr="19C9BB74">
      <w:trPr>
        <w:trHeight w:val="300"/>
      </w:trPr>
      <w:tc>
        <w:tcPr>
          <w:tcW w:w="2880" w:type="dxa"/>
        </w:tcPr>
        <w:p w14:paraId="1ECD7A04" w14:textId="6193A442" w:rsidR="19C9BB74" w:rsidRDefault="19C9BB74" w:rsidP="19C9BB74">
          <w:pPr>
            <w:pStyle w:val="Header"/>
            <w:ind w:left="-115"/>
          </w:pPr>
        </w:p>
      </w:tc>
      <w:tc>
        <w:tcPr>
          <w:tcW w:w="2880" w:type="dxa"/>
        </w:tcPr>
        <w:p w14:paraId="431686EE" w14:textId="68AC9EDE" w:rsidR="19C9BB74" w:rsidRDefault="19C9BB74" w:rsidP="19C9BB74">
          <w:pPr>
            <w:pStyle w:val="Header"/>
            <w:jc w:val="center"/>
          </w:pPr>
        </w:p>
      </w:tc>
      <w:tc>
        <w:tcPr>
          <w:tcW w:w="2880" w:type="dxa"/>
        </w:tcPr>
        <w:p w14:paraId="32CEAF0A" w14:textId="1962522F" w:rsidR="19C9BB74" w:rsidRDefault="19C9BB74" w:rsidP="19C9BB74">
          <w:pPr>
            <w:pStyle w:val="Header"/>
            <w:ind w:right="-115"/>
            <w:jc w:val="right"/>
          </w:pPr>
        </w:p>
      </w:tc>
    </w:tr>
  </w:tbl>
  <w:p w14:paraId="2606FA76" w14:textId="3E26D583" w:rsidR="19C9BB74" w:rsidRDefault="19C9BB74" w:rsidP="19C9B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DA3C4" w14:textId="77777777" w:rsidR="00D74D6D" w:rsidRDefault="00D74D6D">
      <w:pPr>
        <w:spacing w:after="0" w:line="240" w:lineRule="auto"/>
      </w:pPr>
      <w:r>
        <w:separator/>
      </w:r>
    </w:p>
  </w:footnote>
  <w:footnote w:type="continuationSeparator" w:id="0">
    <w:p w14:paraId="0EDF2BB2" w14:textId="77777777" w:rsidR="00D74D6D" w:rsidRDefault="00D74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9C9BB74" w14:paraId="163964E9" w14:textId="77777777" w:rsidTr="19C9BB74">
      <w:trPr>
        <w:trHeight w:val="300"/>
      </w:trPr>
      <w:tc>
        <w:tcPr>
          <w:tcW w:w="2880" w:type="dxa"/>
        </w:tcPr>
        <w:p w14:paraId="11EE3948" w14:textId="43A02055" w:rsidR="19C9BB74" w:rsidRDefault="19C9BB74" w:rsidP="19C9BB74">
          <w:pPr>
            <w:pStyle w:val="Header"/>
            <w:ind w:left="-115"/>
          </w:pPr>
          <w:r>
            <w:t xml:space="preserve">EAST BANGOR POLICE DEPARTMENT </w:t>
          </w:r>
        </w:p>
      </w:tc>
      <w:tc>
        <w:tcPr>
          <w:tcW w:w="2880" w:type="dxa"/>
        </w:tcPr>
        <w:p w14:paraId="247C80F2" w14:textId="12C33C14" w:rsidR="19C9BB74" w:rsidRDefault="19C9BB74" w:rsidP="19C9BB74">
          <w:pPr>
            <w:pStyle w:val="Header"/>
            <w:jc w:val="center"/>
          </w:pPr>
          <w:r>
            <w:t>30 SOUTH HIGH STREET</w:t>
          </w:r>
        </w:p>
        <w:p w14:paraId="107FBAC6" w14:textId="747E01BF" w:rsidR="19C9BB74" w:rsidRDefault="19C9BB74" w:rsidP="19C9BB74">
          <w:pPr>
            <w:pStyle w:val="Header"/>
            <w:jc w:val="center"/>
          </w:pPr>
          <w:r>
            <w:t>EAST BANGOR PA 18013</w:t>
          </w:r>
        </w:p>
      </w:tc>
      <w:tc>
        <w:tcPr>
          <w:tcW w:w="2880" w:type="dxa"/>
        </w:tcPr>
        <w:p w14:paraId="7EA8CBD0" w14:textId="38AC0567" w:rsidR="19C9BB74" w:rsidRDefault="19C9BB74" w:rsidP="19C9BB74">
          <w:pPr>
            <w:pStyle w:val="Header"/>
            <w:ind w:right="-115"/>
            <w:jc w:val="right"/>
          </w:pPr>
          <w:r>
            <w:t>OFFICER IN CHARGE SERGEANT D’ANDREA</w:t>
          </w:r>
        </w:p>
        <w:p w14:paraId="1A500FE1" w14:textId="182A5E67" w:rsidR="19C9BB74" w:rsidRDefault="19C9BB74" w:rsidP="19C9BB74">
          <w:pPr>
            <w:pStyle w:val="Header"/>
            <w:ind w:right="-115"/>
            <w:jc w:val="right"/>
            <w:rPr>
              <w:sz w:val="16"/>
              <w:szCs w:val="16"/>
            </w:rPr>
          </w:pPr>
          <w:r w:rsidRPr="19C9BB74">
            <w:rPr>
              <w:sz w:val="16"/>
              <w:szCs w:val="16"/>
            </w:rPr>
            <w:t>SGT.DANDREA@EASTBANGORPA.GOV</w:t>
          </w:r>
        </w:p>
      </w:tc>
    </w:tr>
  </w:tbl>
  <w:p w14:paraId="412366D1" w14:textId="4018D0C5" w:rsidR="19C9BB74" w:rsidRDefault="19C9BB74" w:rsidP="19C9BB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16CA49"/>
    <w:multiLevelType w:val="hybridMultilevel"/>
    <w:tmpl w:val="FFFFFFFF"/>
    <w:lvl w:ilvl="0" w:tplc="7BD06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588D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202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C06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B2F3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8A3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CE7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26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4A5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618692">
    <w:abstractNumId w:val="9"/>
  </w:num>
  <w:num w:numId="2" w16cid:durableId="293490509">
    <w:abstractNumId w:val="8"/>
  </w:num>
  <w:num w:numId="3" w16cid:durableId="1384867443">
    <w:abstractNumId w:val="6"/>
  </w:num>
  <w:num w:numId="4" w16cid:durableId="644428364">
    <w:abstractNumId w:val="5"/>
  </w:num>
  <w:num w:numId="5" w16cid:durableId="640967294">
    <w:abstractNumId w:val="4"/>
  </w:num>
  <w:num w:numId="6" w16cid:durableId="1522814209">
    <w:abstractNumId w:val="7"/>
  </w:num>
  <w:num w:numId="7" w16cid:durableId="1916740117">
    <w:abstractNumId w:val="3"/>
  </w:num>
  <w:num w:numId="8" w16cid:durableId="972448691">
    <w:abstractNumId w:val="2"/>
  </w:num>
  <w:num w:numId="9" w16cid:durableId="1186675054">
    <w:abstractNumId w:val="1"/>
  </w:num>
  <w:num w:numId="10" w16cid:durableId="1534223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96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1BA"/>
    <w:rsid w:val="0015074B"/>
    <w:rsid w:val="00226281"/>
    <w:rsid w:val="0029639D"/>
    <w:rsid w:val="002A0EE0"/>
    <w:rsid w:val="00326F90"/>
    <w:rsid w:val="0048407E"/>
    <w:rsid w:val="00717DB1"/>
    <w:rsid w:val="007767D5"/>
    <w:rsid w:val="00A60AF1"/>
    <w:rsid w:val="00AA1D8D"/>
    <w:rsid w:val="00AE4224"/>
    <w:rsid w:val="00B47730"/>
    <w:rsid w:val="00C743A6"/>
    <w:rsid w:val="00CA62B7"/>
    <w:rsid w:val="00CB0664"/>
    <w:rsid w:val="00D0357A"/>
    <w:rsid w:val="00D14A61"/>
    <w:rsid w:val="00D74D6D"/>
    <w:rsid w:val="00DF0857"/>
    <w:rsid w:val="00F16ED3"/>
    <w:rsid w:val="00F301E6"/>
    <w:rsid w:val="00FC693F"/>
    <w:rsid w:val="0156E3B1"/>
    <w:rsid w:val="0184A0F8"/>
    <w:rsid w:val="04F7332B"/>
    <w:rsid w:val="082D485A"/>
    <w:rsid w:val="08EAE5B5"/>
    <w:rsid w:val="0AE2B64E"/>
    <w:rsid w:val="0CE9752A"/>
    <w:rsid w:val="0D677015"/>
    <w:rsid w:val="0EB82F51"/>
    <w:rsid w:val="0F9EB0A6"/>
    <w:rsid w:val="152B3BBF"/>
    <w:rsid w:val="1723ED43"/>
    <w:rsid w:val="19C9BB74"/>
    <w:rsid w:val="19E78746"/>
    <w:rsid w:val="1C0B1F74"/>
    <w:rsid w:val="1D1CAC5F"/>
    <w:rsid w:val="1D7DBD0F"/>
    <w:rsid w:val="1EC38928"/>
    <w:rsid w:val="1F465E5D"/>
    <w:rsid w:val="21652B3B"/>
    <w:rsid w:val="22AC5A0C"/>
    <w:rsid w:val="26D5C7A4"/>
    <w:rsid w:val="277B544E"/>
    <w:rsid w:val="2A5E32D4"/>
    <w:rsid w:val="2B7DEE85"/>
    <w:rsid w:val="2C351856"/>
    <w:rsid w:val="2E010C71"/>
    <w:rsid w:val="2F14BE95"/>
    <w:rsid w:val="2FEB98EB"/>
    <w:rsid w:val="31727C98"/>
    <w:rsid w:val="3617FECE"/>
    <w:rsid w:val="36AB9BFA"/>
    <w:rsid w:val="39792EBB"/>
    <w:rsid w:val="3AD94502"/>
    <w:rsid w:val="3AEDF90B"/>
    <w:rsid w:val="3E35203A"/>
    <w:rsid w:val="3F48DA8B"/>
    <w:rsid w:val="3FB27D58"/>
    <w:rsid w:val="40A06507"/>
    <w:rsid w:val="41BF240E"/>
    <w:rsid w:val="4218BCE2"/>
    <w:rsid w:val="42B56487"/>
    <w:rsid w:val="45AFB6A4"/>
    <w:rsid w:val="49EE1176"/>
    <w:rsid w:val="4A92A3E1"/>
    <w:rsid w:val="4B9B3EEA"/>
    <w:rsid w:val="4C2D0D99"/>
    <w:rsid w:val="4C6F9E72"/>
    <w:rsid w:val="50204476"/>
    <w:rsid w:val="515361A3"/>
    <w:rsid w:val="515F91C2"/>
    <w:rsid w:val="5435210B"/>
    <w:rsid w:val="553CA86F"/>
    <w:rsid w:val="568D5506"/>
    <w:rsid w:val="57FC80EC"/>
    <w:rsid w:val="5903F6D3"/>
    <w:rsid w:val="594736E9"/>
    <w:rsid w:val="5F10A704"/>
    <w:rsid w:val="63C79C3D"/>
    <w:rsid w:val="6421086A"/>
    <w:rsid w:val="64496EB5"/>
    <w:rsid w:val="6A997822"/>
    <w:rsid w:val="6BF757F5"/>
    <w:rsid w:val="71C24E6A"/>
    <w:rsid w:val="74318CC8"/>
    <w:rsid w:val="75F97157"/>
    <w:rsid w:val="776C5CB9"/>
    <w:rsid w:val="79E753B6"/>
    <w:rsid w:val="7BC0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B32EC1C-3799-417B-A747-AE5C6399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19C9BB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t.Dandrea@EastBangorP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653</Words>
  <Characters>3728</Characters>
  <Application>Microsoft Office Word</Application>
  <DocSecurity>0</DocSecurity>
  <Lines>31</Lines>
  <Paragraphs>8</Paragraphs>
  <ScaleCrop>false</ScaleCrop>
  <Manager/>
  <Company/>
  <LinksUpToDate>false</LinksUpToDate>
  <CharactersWithSpaces>4373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Sergeant Cole D'Andrea</cp:lastModifiedBy>
  <cp:revision>12</cp:revision>
  <dcterms:created xsi:type="dcterms:W3CDTF">2013-12-23T23:15:00Z</dcterms:created>
  <dcterms:modified xsi:type="dcterms:W3CDTF">2026-06-04T17:33:00Z</dcterms:modified>
  <cp:category/>
</cp:coreProperties>
</file>